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F1B" w:rsidRDefault="003B15A3" w:rsidP="007901D6">
      <w:pPr>
        <w:pStyle w:val="Titolo1"/>
        <w:jc w:val="both"/>
      </w:pPr>
      <w:proofErr w:type="spellStart"/>
      <w:r>
        <w:t>Richiesta</w:t>
      </w:r>
      <w:proofErr w:type="spellEnd"/>
      <w:r>
        <w:t xml:space="preserve"> </w:t>
      </w:r>
      <w:proofErr w:type="spellStart"/>
      <w:r w:rsidR="00D76AFE">
        <w:t>assenza</w:t>
      </w:r>
      <w:proofErr w:type="spellEnd"/>
      <w:r>
        <w:t xml:space="preserve"> da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funzionali</w:t>
      </w:r>
      <w:proofErr w:type="spellEnd"/>
      <w:r>
        <w:t xml:space="preserve"> </w:t>
      </w:r>
      <w:proofErr w:type="spellStart"/>
      <w:r>
        <w:t>all’insegnamento</w:t>
      </w:r>
      <w:proofErr w:type="spellEnd"/>
    </w:p>
    <w:p w:rsidR="007901D6" w:rsidRDefault="007901D6" w:rsidP="007901D6">
      <w:pPr>
        <w:jc w:val="right"/>
      </w:pPr>
    </w:p>
    <w:p w:rsidR="001B5F1B" w:rsidRDefault="003B15A3" w:rsidP="007901D6">
      <w:pPr>
        <w:jc w:val="right"/>
      </w:pPr>
      <w:r>
        <w:t>Al Dirigente Scolastico</w:t>
      </w:r>
      <w:r>
        <w:br/>
        <w:t xml:space="preserve">dell’Istituto </w:t>
      </w:r>
      <w:r w:rsidR="007901D6">
        <w:t>Comprensivo “NUCERIA”</w:t>
      </w:r>
      <w:r>
        <w:br/>
      </w:r>
    </w:p>
    <w:p w:rsidR="001B5F1B" w:rsidRDefault="003B15A3" w:rsidP="007901D6">
      <w:pPr>
        <w:jc w:val="both"/>
      </w:pPr>
      <w:r>
        <w:t>Il/La sottoscritto/a ___________________________, docente di ______________________ presso la classe/sezione __________________,</w:t>
      </w:r>
      <w:r>
        <w:br/>
      </w:r>
    </w:p>
    <w:p w:rsidR="001B5F1B" w:rsidRPr="007901D6" w:rsidRDefault="003B15A3" w:rsidP="007901D6">
      <w:pPr>
        <w:jc w:val="center"/>
        <w:rPr>
          <w:b/>
        </w:rPr>
      </w:pPr>
      <w:r w:rsidRPr="007901D6">
        <w:rPr>
          <w:b/>
        </w:rPr>
        <w:t>CHIEDE</w:t>
      </w:r>
      <w:r w:rsidRPr="007901D6">
        <w:rPr>
          <w:b/>
        </w:rPr>
        <w:br/>
      </w:r>
    </w:p>
    <w:p w:rsidR="00D76AFE" w:rsidRDefault="003B15A3" w:rsidP="00D76AFE">
      <w:pPr>
        <w:jc w:val="both"/>
      </w:pPr>
      <w:r>
        <w:t xml:space="preserve">di </w:t>
      </w:r>
      <w:proofErr w:type="spellStart"/>
      <w:r w:rsidR="00D76AFE">
        <w:t>assentarsi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</w:t>
      </w:r>
      <w:proofErr w:type="spellStart"/>
      <w:r>
        <w:t>all’attività</w:t>
      </w:r>
      <w:proofErr w:type="spellEnd"/>
      <w:r>
        <w:t xml:space="preserve"> funzionale all’insegnamento prevista in data __/__/____ (es. collegio docenti, riunione di dipartimento, consiglio di classe, ecc.)</w:t>
      </w:r>
      <w:r w:rsidR="007901D6">
        <w:t xml:space="preserve"> per </w:t>
      </w:r>
      <w:proofErr w:type="spellStart"/>
      <w:r w:rsidR="00D76AFE">
        <w:t>i</w:t>
      </w:r>
      <w:proofErr w:type="spellEnd"/>
      <w:r w:rsidR="00D76AFE">
        <w:t xml:space="preserve"> </w:t>
      </w:r>
      <w:proofErr w:type="spellStart"/>
      <w:r w:rsidR="007901D6">
        <w:t>seguenti</w:t>
      </w:r>
      <w:proofErr w:type="spellEnd"/>
      <w:r w:rsidR="00D76AFE">
        <w:t xml:space="preserve"> </w:t>
      </w:r>
      <w:proofErr w:type="spellStart"/>
      <w:r w:rsidR="00D76AFE">
        <w:t>comprovati</w:t>
      </w:r>
      <w:proofErr w:type="spellEnd"/>
      <w:r w:rsidR="00D76AFE">
        <w:t xml:space="preserve"> </w:t>
      </w:r>
      <w:r w:rsidR="007901D6">
        <w:t xml:space="preserve"> </w:t>
      </w:r>
      <w:proofErr w:type="spellStart"/>
      <w:r w:rsidR="007901D6">
        <w:t>motivi</w:t>
      </w:r>
      <w:proofErr w:type="spellEnd"/>
      <w:r w:rsidR="007901D6">
        <w:t>:</w:t>
      </w:r>
    </w:p>
    <w:p w:rsidR="001B5F1B" w:rsidRDefault="003B15A3" w:rsidP="00D76AFE">
      <w:r>
        <w:br/>
        <w:t>___________________________________________________________________________</w:t>
      </w:r>
      <w:r w:rsidR="007901D6">
        <w:t>____________________________</w:t>
      </w:r>
      <w:r>
        <w:br/>
        <w:t>___________________________________________________________________________</w:t>
      </w:r>
      <w:r w:rsidR="007901D6">
        <w:t>____________________________</w:t>
      </w:r>
      <w:r>
        <w:br/>
      </w:r>
    </w:p>
    <w:p w:rsidR="001B5F1B" w:rsidRDefault="00D76AFE" w:rsidP="007901D6">
      <w:bookmarkStart w:id="0" w:name="_Hlk209608006"/>
      <w:r>
        <w:t>L</w:t>
      </w:r>
      <w:r w:rsidR="003B15A3">
        <w:t xml:space="preserve">a </w:t>
      </w:r>
      <w:proofErr w:type="spellStart"/>
      <w:r w:rsidR="003B15A3">
        <w:t>presente</w:t>
      </w:r>
      <w:proofErr w:type="spellEnd"/>
      <w:r w:rsidR="003B15A3">
        <w:t xml:space="preserve"> </w:t>
      </w:r>
      <w:proofErr w:type="spellStart"/>
      <w:r w:rsidR="003B15A3">
        <w:t>richiesta</w:t>
      </w:r>
      <w:proofErr w:type="spellEnd"/>
      <w:r w:rsidR="003B15A3">
        <w:t xml:space="preserve"> </w:t>
      </w:r>
      <w:proofErr w:type="spellStart"/>
      <w:r w:rsidR="003B15A3">
        <w:t>sarà</w:t>
      </w:r>
      <w:proofErr w:type="spellEnd"/>
      <w:r w:rsidR="003B15A3">
        <w:t xml:space="preserve"> </w:t>
      </w:r>
      <w:proofErr w:type="spellStart"/>
      <w:r w:rsidR="003B15A3">
        <w:t>valutata</w:t>
      </w:r>
      <w:proofErr w:type="spellEnd"/>
      <w:r w:rsidR="003B15A3">
        <w:t xml:space="preserve"> dal Dirigente Scolastico e accolta solo se compatibile con le esigenze organizzative della scuola.</w:t>
      </w:r>
      <w:r w:rsidR="003B15A3">
        <w:br/>
      </w:r>
    </w:p>
    <w:p w:rsidR="007901D6" w:rsidRDefault="007901D6">
      <w:r>
        <w:t>Allega:</w:t>
      </w:r>
    </w:p>
    <w:p w:rsidR="007901D6" w:rsidRDefault="007901D6" w:rsidP="00D76AFE">
      <w:pPr>
        <w:pStyle w:val="Paragrafoelenco"/>
        <w:numPr>
          <w:ilvl w:val="0"/>
          <w:numId w:val="10"/>
        </w:numPr>
        <w:ind w:left="0" w:firstLine="0"/>
        <w:jc w:val="both"/>
      </w:pPr>
      <w:proofErr w:type="spellStart"/>
      <w:r>
        <w:t>Certificazione</w:t>
      </w:r>
      <w:proofErr w:type="spellEnd"/>
      <w:r>
        <w:t xml:space="preserve"> </w:t>
      </w:r>
      <w:proofErr w:type="spellStart"/>
      <w:r>
        <w:t>medica</w:t>
      </w:r>
      <w:proofErr w:type="spellEnd"/>
      <w:r w:rsidR="00D76AFE">
        <w:t xml:space="preserve"> per </w:t>
      </w:r>
      <w:proofErr w:type="spellStart"/>
      <w:r w:rsidR="00D76AFE">
        <w:t>motivi</w:t>
      </w:r>
      <w:proofErr w:type="spellEnd"/>
      <w:r w:rsidR="00D76AFE">
        <w:t xml:space="preserve"> di salute (da </w:t>
      </w:r>
      <w:proofErr w:type="spellStart"/>
      <w:r w:rsidR="00D76AFE">
        <w:t>consegnare</w:t>
      </w:r>
      <w:proofErr w:type="spellEnd"/>
      <w:r w:rsidR="00D76AFE">
        <w:t xml:space="preserve"> </w:t>
      </w:r>
      <w:proofErr w:type="spellStart"/>
      <w:r w:rsidR="00D76AFE">
        <w:t>cartacea</w:t>
      </w:r>
      <w:proofErr w:type="spellEnd"/>
      <w:r w:rsidR="00D76AFE">
        <w:t xml:space="preserve"> </w:t>
      </w:r>
      <w:proofErr w:type="spellStart"/>
      <w:r w:rsidR="00D76AFE">
        <w:t>successivamente</w:t>
      </w:r>
      <w:proofErr w:type="spellEnd"/>
      <w:r w:rsidR="00D76AFE">
        <w:t>)</w:t>
      </w:r>
    </w:p>
    <w:p w:rsidR="007901D6" w:rsidRDefault="002C2C59" w:rsidP="002C2C59">
      <w:pPr>
        <w:pStyle w:val="Paragrafoelenco"/>
        <w:numPr>
          <w:ilvl w:val="0"/>
          <w:numId w:val="10"/>
        </w:numPr>
        <w:ind w:left="0" w:firstLine="0"/>
        <w:jc w:val="both"/>
      </w:pPr>
      <w:proofErr w:type="spellStart"/>
      <w:r>
        <w:t>Autocertificazione</w:t>
      </w:r>
      <w:proofErr w:type="spellEnd"/>
      <w:r w:rsidR="007901D6">
        <w:t xml:space="preserve"> ai </w:t>
      </w:r>
      <w:proofErr w:type="spellStart"/>
      <w:r w:rsidR="007901D6">
        <w:t>sensi</w:t>
      </w:r>
      <w:proofErr w:type="spellEnd"/>
      <w:r w:rsidR="007901D6">
        <w:t xml:space="preserve"> del DPR 445/2000</w:t>
      </w:r>
      <w:r>
        <w:t xml:space="preserve"> (da </w:t>
      </w:r>
      <w:proofErr w:type="spellStart"/>
      <w:r>
        <w:t>consegnare</w:t>
      </w:r>
      <w:proofErr w:type="spellEnd"/>
      <w:r>
        <w:t xml:space="preserve"> in </w:t>
      </w:r>
      <w:proofErr w:type="spellStart"/>
      <w:r>
        <w:t>busta</w:t>
      </w:r>
      <w:proofErr w:type="spellEnd"/>
      <w:r>
        <w:t xml:space="preserve"> </w:t>
      </w:r>
      <w:proofErr w:type="spellStart"/>
      <w:r>
        <w:t>chiusa</w:t>
      </w:r>
      <w:proofErr w:type="spellEnd"/>
      <w:r>
        <w:t xml:space="preserve"> 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>)</w:t>
      </w:r>
    </w:p>
    <w:p w:rsidR="002C2C59" w:rsidRDefault="002C2C59" w:rsidP="002C2C59">
      <w:pPr>
        <w:pStyle w:val="Paragrafoelenco"/>
        <w:ind w:left="0"/>
        <w:jc w:val="both"/>
      </w:pPr>
    </w:p>
    <w:p w:rsidR="002C2C59" w:rsidRDefault="002C2C59" w:rsidP="002C2C59">
      <w:pPr>
        <w:pStyle w:val="Paragrafoelenco"/>
        <w:ind w:left="0"/>
        <w:jc w:val="both"/>
      </w:pPr>
    </w:p>
    <w:p w:rsidR="002C2C59" w:rsidRDefault="002C2C59" w:rsidP="002C2C59">
      <w:pPr>
        <w:pStyle w:val="Paragrafoelenco"/>
        <w:ind w:left="0"/>
        <w:jc w:val="both"/>
      </w:pPr>
    </w:p>
    <w:p w:rsidR="002C2C59" w:rsidRDefault="002C2C59" w:rsidP="002C2C59">
      <w:pPr>
        <w:pStyle w:val="Paragrafoelenco"/>
        <w:ind w:left="0"/>
        <w:jc w:val="both"/>
      </w:pPr>
    </w:p>
    <w:p w:rsidR="002C2C59" w:rsidRDefault="002C2C59" w:rsidP="002C2C59">
      <w:pPr>
        <w:pStyle w:val="Paragrafoelenco"/>
        <w:ind w:left="0"/>
        <w:jc w:val="both"/>
      </w:pPr>
      <w:proofErr w:type="spellStart"/>
      <w:r>
        <w:t>Firma</w:t>
      </w:r>
      <w:proofErr w:type="spellEnd"/>
      <w:r w:rsidR="003B15A3">
        <w:br w:type="page"/>
      </w:r>
    </w:p>
    <w:bookmarkEnd w:id="0"/>
    <w:p w:rsidR="00C77DE1" w:rsidRDefault="00C77DE1" w:rsidP="00C77DE1">
      <w:pPr>
        <w:pStyle w:val="Titolo1"/>
      </w:pPr>
      <w:proofErr w:type="spellStart"/>
      <w:r>
        <w:lastRenderedPageBreak/>
        <w:t>Richiesta</w:t>
      </w:r>
      <w:proofErr w:type="spellEnd"/>
      <w:r>
        <w:t xml:space="preserve"> </w:t>
      </w:r>
      <w:proofErr w:type="spellStart"/>
      <w:r>
        <w:t>assenza</w:t>
      </w:r>
      <w:proofErr w:type="spellEnd"/>
      <w:r>
        <w:t xml:space="preserve"> da ore di </w:t>
      </w:r>
      <w:proofErr w:type="spellStart"/>
      <w:r>
        <w:t>programmazione</w:t>
      </w:r>
      <w:proofErr w:type="spellEnd"/>
      <w:r>
        <w:t xml:space="preserve"> – </w:t>
      </w:r>
      <w:proofErr w:type="spellStart"/>
      <w:r>
        <w:t>Scuola</w:t>
      </w:r>
      <w:proofErr w:type="spellEnd"/>
      <w:r>
        <w:t xml:space="preserve"> dell’ </w:t>
      </w:r>
      <w:proofErr w:type="spellStart"/>
      <w:r>
        <w:t>infanzia</w:t>
      </w:r>
      <w:proofErr w:type="spellEnd"/>
    </w:p>
    <w:p w:rsidR="00C77DE1" w:rsidRDefault="00C77DE1" w:rsidP="00C77DE1"/>
    <w:p w:rsidR="00C77DE1" w:rsidRDefault="00C77DE1" w:rsidP="00C77DE1">
      <w:pPr>
        <w:jc w:val="right"/>
      </w:pPr>
      <w:r>
        <w:t xml:space="preserve">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br/>
      </w:r>
      <w:proofErr w:type="spellStart"/>
      <w:r>
        <w:t>dell’Istituto</w:t>
      </w:r>
      <w:proofErr w:type="spellEnd"/>
      <w:r>
        <w:t xml:space="preserve"> </w:t>
      </w:r>
      <w:proofErr w:type="spellStart"/>
      <w:r>
        <w:t>Comprensivo</w:t>
      </w:r>
      <w:proofErr w:type="spellEnd"/>
      <w:r>
        <w:t xml:space="preserve"> “NUCERIA”</w:t>
      </w:r>
      <w:r>
        <w:br/>
      </w:r>
    </w:p>
    <w:p w:rsidR="00C77DE1" w:rsidRDefault="00C77DE1" w:rsidP="00C77DE1">
      <w:r>
        <w:t xml:space="preserve">Il/La </w:t>
      </w:r>
      <w:proofErr w:type="spellStart"/>
      <w:r>
        <w:t>sottoscritto</w:t>
      </w:r>
      <w:proofErr w:type="spellEnd"/>
      <w:r>
        <w:t xml:space="preserve">/a ___________________________, </w:t>
      </w:r>
      <w:proofErr w:type="spellStart"/>
      <w:r>
        <w:t>docente</w:t>
      </w:r>
      <w:proofErr w:type="spellEnd"/>
      <w:r>
        <w:t xml:space="preserve"> di ______________________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classe</w:t>
      </w:r>
      <w:proofErr w:type="spellEnd"/>
      <w:r>
        <w:t>/</w:t>
      </w:r>
      <w:proofErr w:type="spellStart"/>
      <w:r>
        <w:t>sezione</w:t>
      </w:r>
      <w:proofErr w:type="spellEnd"/>
      <w:r>
        <w:t xml:space="preserve"> __________________,</w:t>
      </w:r>
      <w:r>
        <w:br/>
      </w:r>
    </w:p>
    <w:p w:rsidR="00C77DE1" w:rsidRPr="007901D6" w:rsidRDefault="00C77DE1" w:rsidP="00C77DE1">
      <w:pPr>
        <w:jc w:val="center"/>
        <w:rPr>
          <w:b/>
        </w:rPr>
      </w:pPr>
      <w:r w:rsidRPr="007901D6">
        <w:rPr>
          <w:b/>
        </w:rPr>
        <w:t>CHIEDE</w:t>
      </w:r>
      <w:r w:rsidRPr="007901D6">
        <w:rPr>
          <w:b/>
        </w:rPr>
        <w:br/>
      </w:r>
    </w:p>
    <w:p w:rsidR="00C77DE1" w:rsidRDefault="00C77DE1" w:rsidP="00C77DE1">
      <w:r w:rsidRPr="002C2C59">
        <w:t xml:space="preserve">di </w:t>
      </w:r>
      <w:proofErr w:type="spellStart"/>
      <w:r w:rsidRPr="002C2C59">
        <w:t>assentarsi</w:t>
      </w:r>
      <w:proofErr w:type="spellEnd"/>
      <w:r w:rsidRPr="002C2C59">
        <w:t xml:space="preserve"> </w:t>
      </w:r>
      <w:proofErr w:type="spellStart"/>
      <w:r w:rsidRPr="002C2C59">
        <w:t>dalla</w:t>
      </w:r>
      <w:proofErr w:type="spellEnd"/>
      <w:r w:rsidRPr="002C2C59">
        <w:t xml:space="preserve"> </w:t>
      </w:r>
      <w:proofErr w:type="spellStart"/>
      <w:r w:rsidRPr="002C2C59">
        <w:t>partecipazione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ore di </w:t>
      </w:r>
      <w:proofErr w:type="spellStart"/>
      <w:r>
        <w:t>programmazione</w:t>
      </w:r>
      <w:proofErr w:type="spellEnd"/>
      <w:r>
        <w:t xml:space="preserve"> , </w:t>
      </w:r>
      <w:proofErr w:type="spellStart"/>
      <w:r>
        <w:t>il</w:t>
      </w:r>
      <w:proofErr w:type="spellEnd"/>
      <w:r>
        <w:t xml:space="preserve"> </w:t>
      </w:r>
      <w:proofErr w:type="spellStart"/>
      <w:r>
        <w:t>giorno</w:t>
      </w:r>
      <w:proofErr w:type="spellEnd"/>
      <w:r>
        <w:t>…………., dale ore………..</w:t>
      </w:r>
      <w:proofErr w:type="spellStart"/>
      <w:r>
        <w:t>alle</w:t>
      </w:r>
      <w:proofErr w:type="spellEnd"/>
      <w:r>
        <w:t xml:space="preserve"> ore…………,per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comprovati</w:t>
      </w:r>
      <w:proofErr w:type="spellEnd"/>
      <w:r>
        <w:t xml:space="preserve"> </w:t>
      </w:r>
      <w:proofErr w:type="spellStart"/>
      <w:r>
        <w:t>motivi</w:t>
      </w:r>
      <w:proofErr w:type="spellEnd"/>
      <w:r>
        <w:t>: _______________________________________________________________________________________________________</w:t>
      </w:r>
      <w:r>
        <w:br/>
        <w:t>_______________________________________________________________________________________________________</w:t>
      </w:r>
      <w:r>
        <w:br/>
      </w:r>
    </w:p>
    <w:p w:rsidR="00C77DE1" w:rsidRDefault="00C77DE1" w:rsidP="00C77DE1">
      <w:r>
        <w:t xml:space="preserve">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richiesta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valutata</w:t>
      </w:r>
      <w:proofErr w:type="spellEnd"/>
      <w:r>
        <w:t xml:space="preserve"> dal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e </w:t>
      </w:r>
      <w:proofErr w:type="spellStart"/>
      <w:r>
        <w:t>accolta</w:t>
      </w:r>
      <w:proofErr w:type="spellEnd"/>
      <w:r>
        <w:t xml:space="preserve"> solo se </w:t>
      </w:r>
      <w:proofErr w:type="spellStart"/>
      <w:r>
        <w:t>compatibile</w:t>
      </w:r>
      <w:proofErr w:type="spellEnd"/>
      <w:r>
        <w:t xml:space="preserve"> con le </w:t>
      </w:r>
      <w:proofErr w:type="spellStart"/>
      <w:r>
        <w:t>esigenze</w:t>
      </w:r>
      <w:proofErr w:type="spellEnd"/>
      <w:r>
        <w:t xml:space="preserve"> </w:t>
      </w:r>
      <w:proofErr w:type="spellStart"/>
      <w:r>
        <w:t>organizzative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>.</w:t>
      </w:r>
    </w:p>
    <w:p w:rsidR="00C77DE1" w:rsidRDefault="00C77DE1" w:rsidP="00C77DE1"/>
    <w:p w:rsidR="00C77DE1" w:rsidRDefault="00C77DE1" w:rsidP="00C77DE1">
      <w:proofErr w:type="spellStart"/>
      <w:r>
        <w:t>Allega</w:t>
      </w:r>
      <w:proofErr w:type="spellEnd"/>
      <w:r>
        <w:t>:</w:t>
      </w:r>
    </w:p>
    <w:p w:rsidR="00C77DE1" w:rsidRDefault="00C77DE1" w:rsidP="00C77DE1">
      <w:proofErr w:type="spellStart"/>
      <w:r>
        <w:t>Certificazione</w:t>
      </w:r>
      <w:proofErr w:type="spellEnd"/>
      <w:r>
        <w:t xml:space="preserve"> </w:t>
      </w:r>
      <w:proofErr w:type="spellStart"/>
      <w:r>
        <w:t>medica</w:t>
      </w:r>
      <w:proofErr w:type="spellEnd"/>
      <w:r>
        <w:t xml:space="preserve"> per </w:t>
      </w:r>
      <w:proofErr w:type="spellStart"/>
      <w:r>
        <w:t>motivi</w:t>
      </w:r>
      <w:proofErr w:type="spellEnd"/>
      <w:r>
        <w:t xml:space="preserve"> di salute (da </w:t>
      </w:r>
      <w:proofErr w:type="spellStart"/>
      <w:r>
        <w:t>consegnare</w:t>
      </w:r>
      <w:proofErr w:type="spellEnd"/>
      <w:r>
        <w:t xml:space="preserve"> </w:t>
      </w:r>
      <w:proofErr w:type="spellStart"/>
      <w:r>
        <w:t>cartacea</w:t>
      </w:r>
      <w:proofErr w:type="spellEnd"/>
      <w:r>
        <w:t xml:space="preserve"> </w:t>
      </w:r>
      <w:proofErr w:type="spellStart"/>
      <w:r>
        <w:t>successivamente</w:t>
      </w:r>
      <w:proofErr w:type="spellEnd"/>
      <w:r>
        <w:t>)</w:t>
      </w:r>
    </w:p>
    <w:p w:rsidR="00C77DE1" w:rsidRDefault="00C77DE1" w:rsidP="00C77DE1">
      <w:proofErr w:type="spellStart"/>
      <w:r>
        <w:t>Autocertificazione</w:t>
      </w:r>
      <w:proofErr w:type="spellEnd"/>
      <w:r>
        <w:t xml:space="preserve"> ai </w:t>
      </w:r>
      <w:proofErr w:type="spellStart"/>
      <w:r>
        <w:t>sensi</w:t>
      </w:r>
      <w:proofErr w:type="spellEnd"/>
      <w:r>
        <w:t xml:space="preserve"> del DPR 445/2000 (da </w:t>
      </w:r>
      <w:proofErr w:type="spellStart"/>
      <w:r>
        <w:t>consegnare</w:t>
      </w:r>
      <w:proofErr w:type="spellEnd"/>
      <w:r>
        <w:t xml:space="preserve"> in </w:t>
      </w:r>
      <w:proofErr w:type="spellStart"/>
      <w:r>
        <w:t>busta</w:t>
      </w:r>
      <w:proofErr w:type="spellEnd"/>
      <w:r>
        <w:t xml:space="preserve"> </w:t>
      </w:r>
      <w:proofErr w:type="spellStart"/>
      <w:r>
        <w:t>chiusa</w:t>
      </w:r>
      <w:proofErr w:type="spellEnd"/>
      <w:r>
        <w:t xml:space="preserve"> 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>)</w:t>
      </w:r>
    </w:p>
    <w:p w:rsidR="00C77DE1" w:rsidRDefault="00C77DE1" w:rsidP="00C77DE1"/>
    <w:p w:rsidR="00C77DE1" w:rsidRDefault="00C77DE1" w:rsidP="00C77DE1"/>
    <w:p w:rsidR="00C77DE1" w:rsidRDefault="00C77DE1" w:rsidP="00C77DE1"/>
    <w:p w:rsidR="00C77DE1" w:rsidRDefault="00C77DE1" w:rsidP="00C77DE1"/>
    <w:p w:rsidR="00C77DE1" w:rsidRDefault="00C77DE1" w:rsidP="00C77DE1">
      <w:proofErr w:type="spellStart"/>
      <w:r>
        <w:t>Firma</w:t>
      </w:r>
      <w:proofErr w:type="spellEnd"/>
      <w:r>
        <w:t> </w:t>
      </w:r>
    </w:p>
    <w:p w:rsidR="00C77DE1" w:rsidRDefault="00C77DE1" w:rsidP="00C77DE1"/>
    <w:p w:rsidR="001B5F1B" w:rsidRDefault="001B5F1B" w:rsidP="00C77DE1">
      <w:pPr>
        <w:pStyle w:val="Titolo1"/>
      </w:pPr>
      <w:bookmarkStart w:id="1" w:name="_GoBack"/>
      <w:bookmarkEnd w:id="1"/>
    </w:p>
    <w:sectPr w:rsidR="001B5F1B" w:rsidSect="002C2C59">
      <w:pgSz w:w="12240" w:h="15840"/>
      <w:pgMar w:top="1134" w:right="1800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0407EC4"/>
    <w:multiLevelType w:val="hybridMultilevel"/>
    <w:tmpl w:val="268AD586"/>
    <w:lvl w:ilvl="0" w:tplc="5C4A11EE">
      <w:start w:val="1"/>
      <w:numFmt w:val="bullet"/>
      <w:lvlText w:val=""/>
      <w:lvlJc w:val="left"/>
      <w:pPr>
        <w:ind w:left="36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4E85"/>
    <w:rsid w:val="001B5F1B"/>
    <w:rsid w:val="0029639D"/>
    <w:rsid w:val="002C2C59"/>
    <w:rsid w:val="00326F90"/>
    <w:rsid w:val="003B15A3"/>
    <w:rsid w:val="006F0E3B"/>
    <w:rsid w:val="00774495"/>
    <w:rsid w:val="007901D6"/>
    <w:rsid w:val="007B14BC"/>
    <w:rsid w:val="00AA1D8D"/>
    <w:rsid w:val="00B47730"/>
    <w:rsid w:val="00C128EB"/>
    <w:rsid w:val="00C15EE1"/>
    <w:rsid w:val="00C77DE1"/>
    <w:rsid w:val="00CB0664"/>
    <w:rsid w:val="00D76AFE"/>
    <w:rsid w:val="00DC2DFE"/>
    <w:rsid w:val="00F132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62FA0B0-53F8-4541-871B-9D76A0C7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7D662F-BA0E-47C1-930A-D7CD79036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SOFIA VILLANI</cp:lastModifiedBy>
  <cp:revision>3</cp:revision>
  <cp:lastPrinted>2026-03-10T08:58:00Z</cp:lastPrinted>
  <dcterms:created xsi:type="dcterms:W3CDTF">2026-01-21T09:32:00Z</dcterms:created>
  <dcterms:modified xsi:type="dcterms:W3CDTF">2026-03-10T09:03:00Z</dcterms:modified>
  <cp:category/>
</cp:coreProperties>
</file>