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CE3" w:rsidRDefault="0011566A">
      <w:pPr>
        <w:jc w:val="center"/>
      </w:pPr>
      <w:r>
        <w:rPr>
          <w:b/>
          <w:sz w:val="32"/>
        </w:rPr>
        <w:t>FORMAT PRESENTAZIONE PROGETTI PTOF</w:t>
      </w:r>
    </w:p>
    <w:p w:rsidR="00B25CE3" w:rsidRDefault="0011566A">
      <w:r>
        <w:t>Scheda progettuale corredata di piano finanziario da allegare al PTOF.</w:t>
      </w:r>
    </w:p>
    <w:p w:rsidR="00B25CE3" w:rsidRDefault="0011566A">
      <w:r>
        <w:rPr>
          <w:b/>
        </w:rPr>
        <w:t>1. TITOLO DEL PROGETTO</w:t>
      </w:r>
    </w:p>
    <w:p w:rsidR="00B25CE3" w:rsidRDefault="0011566A">
      <w:r>
        <w:t>__________________________________________________________________</w:t>
      </w:r>
    </w:p>
    <w:p w:rsidR="00B25CE3" w:rsidRDefault="0011566A">
      <w:r>
        <w:rPr>
          <w:b/>
        </w:rPr>
        <w:t>2. REFERENTE DEL PROGETTO</w:t>
      </w:r>
    </w:p>
    <w:p w:rsidR="00B25CE3" w:rsidRDefault="0011566A">
      <w:r>
        <w:t>__________________________________________________________________</w:t>
      </w:r>
    </w:p>
    <w:p w:rsidR="00B25CE3" w:rsidRDefault="0011566A">
      <w:r>
        <w:rPr>
          <w:b/>
        </w:rPr>
        <w:t>3. DESTINATARI</w:t>
      </w:r>
    </w:p>
    <w:p w:rsidR="00B25CE3" w:rsidRDefault="0011566A">
      <w:r>
        <w:t>__________________________________________________________________</w:t>
      </w:r>
    </w:p>
    <w:p w:rsidR="00B25CE3" w:rsidRDefault="00976CCB">
      <w:r>
        <w:rPr>
          <w:b/>
        </w:rPr>
        <w:t>4</w:t>
      </w:r>
      <w:r w:rsidR="0011566A">
        <w:rPr>
          <w:b/>
        </w:rPr>
        <w:t>. BISOGNI FORMATIVI RILEVATI</w:t>
      </w:r>
    </w:p>
    <w:p w:rsidR="00B25CE3" w:rsidRDefault="0011566A">
      <w:r>
        <w:t>__________________________________________________________________</w:t>
      </w:r>
    </w:p>
    <w:p w:rsidR="00B25CE3" w:rsidRDefault="00976CCB">
      <w:r>
        <w:rPr>
          <w:b/>
        </w:rPr>
        <w:t>5</w:t>
      </w:r>
      <w:r w:rsidR="0011566A">
        <w:rPr>
          <w:b/>
        </w:rPr>
        <w:t>. FINALITÀ</w:t>
      </w:r>
    </w:p>
    <w:p w:rsidR="00B25CE3" w:rsidRDefault="0011566A">
      <w:r>
        <w:t>__________________________________________________________________</w:t>
      </w:r>
    </w:p>
    <w:p w:rsidR="00B25CE3" w:rsidRDefault="00976CCB">
      <w:r>
        <w:rPr>
          <w:b/>
        </w:rPr>
        <w:t>6</w:t>
      </w:r>
      <w:r w:rsidR="0011566A">
        <w:rPr>
          <w:b/>
        </w:rPr>
        <w:t>. OBIETTIVI FORMATIVI SPECIFICI</w:t>
      </w:r>
    </w:p>
    <w:p w:rsidR="00B25CE3" w:rsidRDefault="0011566A">
      <w:r>
        <w:t>_______________________________________________</w:t>
      </w:r>
      <w:r>
        <w:t>___________________</w:t>
      </w:r>
    </w:p>
    <w:p w:rsidR="00B25CE3" w:rsidRDefault="00976CCB">
      <w:r>
        <w:rPr>
          <w:b/>
        </w:rPr>
        <w:t>7</w:t>
      </w:r>
      <w:r w:rsidR="0011566A">
        <w:rPr>
          <w:b/>
        </w:rPr>
        <w:t>. DESCRIZIONE DELLE ATTIVITÀ</w:t>
      </w:r>
    </w:p>
    <w:p w:rsidR="00B25CE3" w:rsidRDefault="0011566A">
      <w:r>
        <w:t>__________________________________________________________________</w:t>
      </w:r>
    </w:p>
    <w:p w:rsidR="00B25CE3" w:rsidRDefault="00976CCB">
      <w:r>
        <w:rPr>
          <w:b/>
        </w:rPr>
        <w:t>8</w:t>
      </w:r>
      <w:r w:rsidR="0011566A">
        <w:rPr>
          <w:b/>
        </w:rPr>
        <w:t>. METODOLOGIE</w:t>
      </w:r>
    </w:p>
    <w:p w:rsidR="00B25CE3" w:rsidRDefault="0011566A">
      <w:r>
        <w:t>__________________________________________________________________</w:t>
      </w:r>
    </w:p>
    <w:p w:rsidR="00B25CE3" w:rsidRDefault="00976CCB">
      <w:r>
        <w:rPr>
          <w:b/>
        </w:rPr>
        <w:t>9</w:t>
      </w:r>
      <w:r w:rsidR="0011566A">
        <w:rPr>
          <w:b/>
        </w:rPr>
        <w:t>. DURATA E CRONOPROGRAMMA</w:t>
      </w:r>
    </w:p>
    <w:p w:rsidR="00B25CE3" w:rsidRDefault="0011566A">
      <w:r>
        <w:t>_____________________________</w:t>
      </w:r>
      <w:r>
        <w:t>_____________________________________</w:t>
      </w:r>
    </w:p>
    <w:p w:rsidR="00B25CE3" w:rsidRDefault="00976CCB">
      <w:r>
        <w:rPr>
          <w:b/>
        </w:rPr>
        <w:t>10</w:t>
      </w:r>
      <w:r w:rsidR="0011566A">
        <w:rPr>
          <w:b/>
        </w:rPr>
        <w:t>. RISORSE UMANE COINVOLTE</w:t>
      </w:r>
    </w:p>
    <w:p w:rsidR="00B25CE3" w:rsidRDefault="0011566A">
      <w:r>
        <w:t>__________________________________________________________________</w:t>
      </w:r>
    </w:p>
    <w:p w:rsidR="00B25CE3" w:rsidRDefault="00976CCB">
      <w:r>
        <w:rPr>
          <w:b/>
        </w:rPr>
        <w:t>11</w:t>
      </w:r>
      <w:r w:rsidR="0011566A">
        <w:rPr>
          <w:b/>
        </w:rPr>
        <w:t>. PARTNER ESTERNI</w:t>
      </w:r>
    </w:p>
    <w:p w:rsidR="00B25CE3" w:rsidRDefault="0011566A">
      <w:r>
        <w:t>__________________________________________________________________</w:t>
      </w:r>
    </w:p>
    <w:p w:rsidR="00B25CE3" w:rsidRDefault="00976CCB">
      <w:r>
        <w:rPr>
          <w:b/>
        </w:rPr>
        <w:t>12</w:t>
      </w:r>
      <w:r w:rsidR="0011566A">
        <w:rPr>
          <w:b/>
        </w:rPr>
        <w:t>. RISULTATI ATTESI</w:t>
      </w:r>
    </w:p>
    <w:p w:rsidR="00B25CE3" w:rsidRDefault="0011566A">
      <w:r>
        <w:t>_______________</w:t>
      </w:r>
      <w:r>
        <w:t>___________________________________________________</w:t>
      </w:r>
    </w:p>
    <w:p w:rsidR="00B25CE3" w:rsidRDefault="00BE101C">
      <w:r>
        <w:rPr>
          <w:b/>
        </w:rPr>
        <w:lastRenderedPageBreak/>
        <w:t>13</w:t>
      </w:r>
      <w:r w:rsidR="0011566A">
        <w:rPr>
          <w:b/>
        </w:rPr>
        <w:t>. MONITORAGGIO E VALUTAZIONE</w:t>
      </w:r>
    </w:p>
    <w:p w:rsidR="00B25CE3" w:rsidRDefault="0011566A">
      <w:r>
        <w:t>__________________________________________________________________</w:t>
      </w:r>
    </w:p>
    <w:p w:rsidR="00B25CE3" w:rsidRDefault="0011566A">
      <w:r>
        <w:rPr>
          <w:b/>
        </w:rPr>
        <w:t>15. SCHEDA FINANZIARIA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B25CE3">
        <w:tc>
          <w:tcPr>
            <w:tcW w:w="1728" w:type="dxa"/>
          </w:tcPr>
          <w:p w:rsidR="00B25CE3" w:rsidRDefault="0011566A">
            <w:r>
              <w:t>Voce di spesa</w:t>
            </w:r>
          </w:p>
        </w:tc>
        <w:tc>
          <w:tcPr>
            <w:tcW w:w="1728" w:type="dxa"/>
          </w:tcPr>
          <w:p w:rsidR="00B25CE3" w:rsidRDefault="0011566A">
            <w:r>
              <w:t>Quantità/Ore</w:t>
            </w:r>
          </w:p>
        </w:tc>
        <w:tc>
          <w:tcPr>
            <w:tcW w:w="1728" w:type="dxa"/>
          </w:tcPr>
          <w:p w:rsidR="00B25CE3" w:rsidRDefault="0011566A">
            <w:r>
              <w:t>Costo unitario (€)</w:t>
            </w:r>
          </w:p>
        </w:tc>
        <w:tc>
          <w:tcPr>
            <w:tcW w:w="1728" w:type="dxa"/>
          </w:tcPr>
          <w:p w:rsidR="00B25CE3" w:rsidRDefault="0011566A">
            <w:r>
              <w:t>Costo totale (€)</w:t>
            </w:r>
          </w:p>
        </w:tc>
        <w:tc>
          <w:tcPr>
            <w:tcW w:w="1728" w:type="dxa"/>
          </w:tcPr>
          <w:p w:rsidR="00B25CE3" w:rsidRDefault="0011566A">
            <w:r>
              <w:t>Fonte finanziamento</w:t>
            </w:r>
          </w:p>
        </w:tc>
      </w:tr>
      <w:tr w:rsidR="00B25CE3"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</w:tr>
      <w:tr w:rsidR="00B25CE3"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</w:tr>
      <w:tr w:rsidR="00B25CE3"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</w:tr>
      <w:tr w:rsidR="00B25CE3"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</w:tr>
      <w:tr w:rsidR="00B25CE3"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</w:tr>
      <w:tr w:rsidR="00B25CE3"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</w:tr>
      <w:tr w:rsidR="00B25CE3"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</w:tr>
      <w:tr w:rsidR="00B25CE3"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  <w:tc>
          <w:tcPr>
            <w:tcW w:w="1728" w:type="dxa"/>
          </w:tcPr>
          <w:p w:rsidR="00B25CE3" w:rsidRDefault="00B25CE3"/>
        </w:tc>
      </w:tr>
    </w:tbl>
    <w:p w:rsidR="00B25CE3" w:rsidRDefault="00B25CE3"/>
    <w:p w:rsidR="00B25CE3" w:rsidRDefault="0011566A">
      <w:r>
        <w:t>Totale complessivo progetto: € ____________________</w:t>
      </w:r>
    </w:p>
    <w:p w:rsidR="00B25CE3" w:rsidRDefault="0011566A">
      <w:r>
        <w:t>Firma Referente ____________________</w:t>
      </w:r>
      <w:bookmarkStart w:id="0" w:name="_GoBack"/>
      <w:bookmarkEnd w:id="0"/>
    </w:p>
    <w:sectPr w:rsidR="00B25CE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566A"/>
    <w:rsid w:val="0015074B"/>
    <w:rsid w:val="0029639D"/>
    <w:rsid w:val="00326F90"/>
    <w:rsid w:val="00976CCB"/>
    <w:rsid w:val="00AA1D8D"/>
    <w:rsid w:val="00B25CE3"/>
    <w:rsid w:val="00B47730"/>
    <w:rsid w:val="00BE101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AE9804"/>
  <w14:defaultImageDpi w14:val="300"/>
  <w15:docId w15:val="{3B23420F-F148-4E91-B225-67F8D016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401263-B884-4F5D-B6AF-25BB65F7E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SONIA ROCCO</cp:lastModifiedBy>
  <cp:revision>4</cp:revision>
  <dcterms:created xsi:type="dcterms:W3CDTF">2026-10-01T09:38:00Z</dcterms:created>
  <dcterms:modified xsi:type="dcterms:W3CDTF">2026-10-01T09:38:00Z</dcterms:modified>
  <cp:category/>
</cp:coreProperties>
</file>